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 de voyageur de commerce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souad/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Terminologie/ Graphe simple/ Méthodes algorithmiques/ Méthodes heuristiques/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