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èthode de karmark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DALA amina/ Baiche Kanzia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èthode de karemarka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