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 générale d'un problème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Ayoub nassira/ Fadel Wahida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Programmation mathématique/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