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méthodes d'optimisation multi_objectif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Roukia/ Baziniar Abdelghafour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Optimisation Multiobjectif/ Methode de Pareto/ Compexite du Problème/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