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conv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CHEKET khadidja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semble convexe/ Fonction convexe/ Optimisation convex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