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central limite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Mokrani Yousra/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échantillons/ Estimations/ Théorème du TCL/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