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d'un SIG à la gestion des ressources hydriques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MEKMOUCHE ilham/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SIG/ ressources hydrique/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