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d'oued dhebii 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BOULMERKA amina/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système unitaire/ Paramétrage hydraulique/ Détermination des déblais/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