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recherch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rouf Hadjer/ Baiche Kanz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recherche linéai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