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inferentielle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Ghimouz Chasia/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inférentielle/ L'estimation de la moyenne/ L'estimation de la variance/ l'estimation/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