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théorie et calcule d'un mur de souténement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Reguig Randa/ Guettiche. 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Drainage/ fondation superficielle/ mur soutènement/ Remblaiement/ compactage/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