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dotation réelle pour l'étude d'un réseau d"assainissement de la cité Ben Magdjoub-Mila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Sayoud Yasser/ ALLIA. 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des eaux a évacuer/ Les systèmes d'assainissement/ la dotation réel/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