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reseau d' A.E.P de la zone eparse elarara-djebel Ageb-Oued elathmania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Messaoud allam Karima/ Athamena Ali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des besoins en eau/ Evaluation de la population/ Détermination des besoins en eau/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