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de la nappe du mio_pliocène dans la région du zab chergui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Benatmane Zinealabidine/ CHEBBAH Mohamed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climatologie/ Corrélations cations –anions/ Le relief/ Eocène/ Tectonique/ La nappe des sables/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