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réseau d' AEP du chef lieu de la commune d' Ain 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Achoub Houcin/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climatologie/ l'eau/ geologie/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