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de système d'information géograohique à la délimitation de sous bassin versant de Hadjia_Djelfa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Hiour Nour el houda/ Koussa Miloud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Géomorphologie/ morphologie générale/ L’information géographique/ Délimitation du bassin versant/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