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détermination de la méhtode optimale pour l'estimation de l'evapotranspiration potentielle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Teffaha Somia/ Chebbah .L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Cycle hydrologique/ Notion de évapotranspiration/ Définition de l’ETP/ Mesure de l’évapotranspiration/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