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protection contre les inondations de la cite el satha-commune d'oued aneb - w.d'annaba -.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Remmeche meriem/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diagnostic/ Dimensionnement du réseau/ Méthodes d'estimation/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