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diagnostic d'un réseau d'aep réseau de la vill de -tiberguent-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roumaili ratiba/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la ville de Tiberguent/ Caractéristiques du réseau/ Les réseaux d’eau potable/ Captages/ Les fuites/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