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réseau d'AEP du mechta lehbal a partir du forage lehbel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Guesmi Hayet/ Athamena Ali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Evaluation de la population/ Dimensionnement du réseau/ adduction/ Définition de l’eau/ réseaux d’AEP/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