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Réservoirs :typologies;méthode de calcule et dimensionnement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Tifratene Mounir/ Guettiche Abdelheq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réservoirs/ Calcul des sollicitations/ la coupole/ Le radier/ Les armatures/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