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réseau d'aep de la localité de ras el bir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BOUKERAA assia/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adduction/ Définition de l’eau/ Morphologie du centre/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