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l'écoulement souterrain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MANSOURI oussama/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L’hydraulique souterraine/ L’hydraulique agricole/ Hydraulique urbaine/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