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réseau d'assainissement des logments participatifs de DRAA-BABOUCHE GRAREM GOUGA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BOUZRAIB manal/ ALLIA Z.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6272911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Technique d’assainissement/ L’évaluation des débits/ Estimation du débit/ Calcul hydraulique/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