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Homogénéisation des données pluviométriques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labiod fatima zohra/ benchaiba leila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pluviomètre/ le pluviographe/ Le hyétogramme moyen/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