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على المخزون في المؤسسة الإنتاجية دراسة حالة مؤسسة إنتاج مواد التنظيف -هنكل-شلغوم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لعلي بوعلي راوية/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التخزين/ المخزون/ الرقابة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