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الإدارية ودورها في إتخاد القرارات المالية دراسة حالة الصندوق الوطني للتوفير و الإحتياط - بنك وكالة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بارة خلود/ زواري فرحات سليمان(مشرفا)/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الدخل/ التمويل/ إتخاد القرار/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