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استقطاب و توظيف الموارد البشرية في المؤسسة الإقتصادية الجزائرية - دراسة حالة ديوان الترقية والتسيير العقاري- بلدية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كردود رزيقة/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التوظيف/ الإختيار/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