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إستخدام تكنولوجيا المعلومات والإتصال(TIC) في عملية إتخاذ القرار دراسة حالة مقارنة بين بنكي BNA وBADR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سليماني أشواق/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القرار/ المعلومة/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