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واقع القروض العقارية في الجزائر  دراسة حالة الصندوق الوطني للتوفير والإحتياط  CNEP- BANQUE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مخلوفي منال/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السكن/ القرض الإيجاري/ السوق العقاري/ القرض الإستثماري/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