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الطاقة في تحقيق التنمية المستدامة في الجزائر(1980-2012)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كلثوم/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الطاقوي/ أمن الطاقة/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