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وظيفة التسويق في مؤسسة خدمية  دراسة حالة الوكالة التجارية لإتصالات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بسمة/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الترويج/ السعر/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