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التحقيق الجبائي في مكافحة التهرب الضريبي دراسة حالة مديرية الضرائب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مسعود إبتسام/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الجبائية/ المكلف/ التحصيل الجبائي/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