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خدمة التأمين عبر الانترنيت دراسة حالة الشركة الجزائرية للتأمين الشامل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لمهشهش هالة/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الخطر/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