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تنشيط المبيعات على القرار الشرائي للمستهلك النهائي دراسة ميدانية على عينة من مشتركي الهاتف النقال اتصالات الجزائر للهاتف المحمول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زكرياء/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المنتج/ التحفيز/ االشراء/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