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إدارة الإنتاج في تحسين الإنتاجية دراسة حالة الوحدة التجارية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بحاير ضريفة/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التسويق/ التموين/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