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الوكالة الوطنية لدعم تشغيل الشباب في مكافحة البطالة في الجزائر دراسة حالة الوكالة الوطنية لدعم تشغيل الشباب -فرع ميلة- 2008-2013.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بلمرابط مليكة/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سياسة التشغيل/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