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الصيرفية الإلكترونية في تطوير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سرور/ ابتسام حسيني(مشرفا)/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وسائل الدفع/ البطاقات البنكية/ عملاء البنك/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