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الضمانات البنكية في حالة منح قرض إستثماري دراسة حالة بنك الفلاحة والتنمية الريفية 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عيواز الصديق/ حسيني ابتسام(مشرفا)/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القرض البنكي/ الخطر البنكي/ الضمانات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