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كريم/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السندات/ وسائل الدفع/ الإئتمان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