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المزيج التسويقي للمنتجات ومدى تأثير عناصره غي نجاح المؤسسات المختصة دراسة حالة: مؤسسة سوناريك-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الهاين سمية/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