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تسويق الخدمات في شركات التأمين دراسة حالة الشركة الوطنية للتأمين Saa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بلوديني منيرة/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