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الترويج على زيادة المبيعات في المؤسسة الإنتاجية دراسة حالة المؤسسة الوطنية لتسيير وتحقيق الصناعات المترابطة سوناريك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بوعافية عقبة/ بن سبع إلياس(مشرفا)/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المزيج التسويقي/ البيع الشخصي/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