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وظيفة الإنتاج على بناء الميزة التنافسية في المؤسسة الإقتصادية ، دراسة حالة : فرع مجمع صيدال بقسنطينة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جمادة أمين/ إبراهيم رحيم(مشرفا)/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الطلب/ العرض/ الصناعات الداعمة/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