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فعالية نظام المعلومات التسويقية في الرفع من القدرة التنافسية للمؤسسة الإقتصادية  دراسة حالة عينة من المؤسسات بولاية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بوكلوهة موسى/ مزهود هشام(مشرفا)/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الميزة التنافسية/ الجودة/ الزبائن/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