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الاتصال الاداري في تطوير الأداء الوظيفي دراسة حالة بالإدارة الوسطى بالمركز الجامعي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بوسمينة أميرة/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الأداء الوظيفي/ الإتصال الإداري/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