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حقيقة اللغة بين لسانيات الجملة ولسانيات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نعيمة/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لسانيات النص/ لسانيات الجملة/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