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اليقظة في تنمية الميزة التنافسية للمؤسسة الإقتصادية دراسة حالة شركة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عمارة مسعود/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الانثرنيث/ بيئة المؤسسة/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