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العدول اللغوي و مظاهره التطبيقية في النص الشعري قصيدة بلقيس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بلعقون/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العدول/ الالتفات/ العرب الأسلوبيين/ الغرب اللسانيين/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