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محمد الجراح/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الأبحاث/ أساليب البحث/ الأسلوب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